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25A83" w14:textId="77777777" w:rsidR="002E48CB" w:rsidRDefault="00C3567D">
      <w:pPr>
        <w:pStyle w:val="Heading1"/>
      </w:pPr>
      <w:r>
        <w:t>How to Start a Student Business (That Funds Microloans)</w:t>
      </w:r>
    </w:p>
    <w:p w14:paraId="1236F922" w14:textId="1C912E84" w:rsidR="002E48CB" w:rsidRDefault="00C3567D">
      <w:r>
        <w:t>A short, practical guide for students who want to start a simple business and use their earnings to fund microloans through Kiva. No experience required</w:t>
      </w:r>
      <w:r w:rsidR="00CC769E">
        <w:t>!</w:t>
      </w:r>
    </w:p>
    <w:p w14:paraId="620040E7" w14:textId="77777777" w:rsidR="002E48CB" w:rsidRDefault="00C3567D">
      <w:pPr>
        <w:pStyle w:val="Heading2"/>
      </w:pPr>
      <w:r>
        <w:t>1. Start With a Simple Idea</w:t>
      </w:r>
    </w:p>
    <w:p w14:paraId="3EC6CD90" w14:textId="28747BD6" w:rsidR="002E48CB" w:rsidRDefault="00CC769E">
      <w:r w:rsidRPr="00CC769E">
        <w:drawing>
          <wp:inline distT="0" distB="0" distL="0" distR="0" wp14:anchorId="17BF8082" wp14:editId="28B1C4CF">
            <wp:extent cx="3016405" cy="2209914"/>
            <wp:effectExtent l="0" t="0" r="0" b="0"/>
            <wp:docPr id="946800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8006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6405" cy="220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8D983" w14:textId="7BA022CF" w:rsidR="002E48CB" w:rsidRDefault="00C3567D">
      <w:r>
        <w:t xml:space="preserve">Start small. Sell something people already want—food, tutoring, photography, design, car washing, or event services. If </w:t>
      </w:r>
      <w:r w:rsidR="00CC769E">
        <w:t xml:space="preserve">people </w:t>
      </w:r>
      <w:r>
        <w:t>will pay for it, it’s a valid business.</w:t>
      </w:r>
    </w:p>
    <w:p w14:paraId="134D6C61" w14:textId="77777777" w:rsidR="002E48CB" w:rsidRDefault="00C3567D">
      <w:pPr>
        <w:pStyle w:val="Heading2"/>
      </w:pPr>
      <w:r>
        <w:t>2. Get Basic Startup Money</w:t>
      </w:r>
    </w:p>
    <w:p w14:paraId="77023258" w14:textId="52783F3D" w:rsidR="00CC769E" w:rsidRPr="00CC769E" w:rsidRDefault="00CC769E" w:rsidP="00CC769E">
      <w:r w:rsidRPr="00CC769E">
        <w:drawing>
          <wp:inline distT="0" distB="0" distL="0" distR="0" wp14:anchorId="6A1EDCBA" wp14:editId="4B452468">
            <wp:extent cx="2427950" cy="2247900"/>
            <wp:effectExtent l="0" t="0" r="0" b="0"/>
            <wp:docPr id="1364931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9318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0598" cy="225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43275" w14:textId="632FF87C" w:rsidR="002E48CB" w:rsidRDefault="00C3567D">
      <w:r>
        <w:t xml:space="preserve">You don’t need much to begin. Many students start with savings, small </w:t>
      </w:r>
      <w:r w:rsidR="00CC769E">
        <w:t>handouts</w:t>
      </w:r>
      <w:r>
        <w:t xml:space="preserve">, or even a short-term loan from their school or club. Frostbite’s Frozen Ice started with a small school loan </w:t>
      </w:r>
      <w:r w:rsidR="00CC769E">
        <w:t xml:space="preserve">for a commercial grade machine </w:t>
      </w:r>
      <w:r>
        <w:t>that was paid back through sales.</w:t>
      </w:r>
    </w:p>
    <w:p w14:paraId="5E609961" w14:textId="77777777" w:rsidR="002E48CB" w:rsidRDefault="00C3567D">
      <w:pPr>
        <w:pStyle w:val="Heading2"/>
      </w:pPr>
      <w:r>
        <w:lastRenderedPageBreak/>
        <w:t>3. Make a Simple Plan</w:t>
      </w:r>
    </w:p>
    <w:p w14:paraId="3AE90723" w14:textId="58A24368" w:rsidR="002E48CB" w:rsidRDefault="00C3567D">
      <w:r>
        <w:t>Decide what you’re selling, how much it costs to make, and how much you’ll charge. Pick where and when you’ll sell. Keep it simple</w:t>
      </w:r>
      <w:r w:rsidR="00CC769E">
        <w:t xml:space="preserve"> and accessible</w:t>
      </w:r>
      <w:r>
        <w:t>.</w:t>
      </w:r>
      <w:r w:rsidR="00CC769E">
        <w:t xml:space="preserve"> Fall fests, summer camps, and neighborhood streets are great places to sell!</w:t>
      </w:r>
    </w:p>
    <w:p w14:paraId="4A59C878" w14:textId="1C72FA36" w:rsidR="00CC769E" w:rsidRDefault="00CC769E">
      <w:r w:rsidRPr="00CC769E">
        <w:drawing>
          <wp:inline distT="0" distB="0" distL="0" distR="0" wp14:anchorId="01F5A723" wp14:editId="32CF085A">
            <wp:extent cx="3439103" cy="2107990"/>
            <wp:effectExtent l="0" t="0" r="0" b="6985"/>
            <wp:docPr id="852212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21281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8187" cy="211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E0404" w14:textId="77777777" w:rsidR="00CC769E" w:rsidRDefault="00CC769E"/>
    <w:p w14:paraId="18C3AEF2" w14:textId="77777777" w:rsidR="002E48CB" w:rsidRDefault="00C3567D">
      <w:pPr>
        <w:pStyle w:val="Heading2"/>
      </w:pPr>
      <w:r>
        <w:t>4. Sell Consistently</w:t>
      </w:r>
    </w:p>
    <w:p w14:paraId="261B3C9A" w14:textId="465C9C33" w:rsidR="002E48CB" w:rsidRDefault="00CC769E">
      <w:r w:rsidRPr="00CC769E">
        <w:drawing>
          <wp:inline distT="0" distB="0" distL="0" distR="0" wp14:anchorId="69E138C0" wp14:editId="6EEFE155">
            <wp:extent cx="2912533" cy="1981200"/>
            <wp:effectExtent l="0" t="0" r="2540" b="0"/>
            <wp:docPr id="112481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8158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8399" cy="19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0ACBE" w14:textId="77777777" w:rsidR="002E48CB" w:rsidRDefault="00C3567D">
      <w:r>
        <w:t>Show up when you say you will. Consistency matters more than creativity. Most student businesses fail because they stop too early.</w:t>
      </w:r>
    </w:p>
    <w:p w14:paraId="151FFC32" w14:textId="77777777" w:rsidR="002E48CB" w:rsidRDefault="00C3567D">
      <w:pPr>
        <w:pStyle w:val="Heading2"/>
      </w:pPr>
      <w:r>
        <w:t>5. Turn Profits Into Impact</w:t>
      </w:r>
    </w:p>
    <w:p w14:paraId="071AD7B8" w14:textId="732D936A" w:rsidR="002E48CB" w:rsidRDefault="00CC769E">
      <w:r w:rsidRPr="00CC769E">
        <w:drawing>
          <wp:inline distT="0" distB="0" distL="0" distR="0" wp14:anchorId="367D3E06" wp14:editId="7DC13109">
            <wp:extent cx="2609984" cy="1358970"/>
            <wp:effectExtent l="0" t="0" r="0" b="0"/>
            <wp:docPr id="56787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8720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9984" cy="13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2613F" w14:textId="77777777" w:rsidR="002E48CB" w:rsidRDefault="00C3567D">
      <w:r>
        <w:lastRenderedPageBreak/>
        <w:t>Set aside part of your profits to fund microloans through your Kiva lending team. Track repayments and reinvest them to grow your impact over time.</w:t>
      </w:r>
    </w:p>
    <w:p w14:paraId="40E97897" w14:textId="77777777" w:rsidR="002E48CB" w:rsidRDefault="00C3567D">
      <w:pPr>
        <w:pStyle w:val="Heading2"/>
      </w:pPr>
      <w:r>
        <w:t>Real Student Examples</w:t>
      </w:r>
    </w:p>
    <w:p w14:paraId="7AA475D7" w14:textId="77777777" w:rsidR="00CC769E" w:rsidRDefault="00C3567D">
      <w:r>
        <w:t>• Frostbite’s Frozen Ice — snow cones at school events, started with a small school loan</w:t>
      </w:r>
      <w:r>
        <w:br/>
        <w:t>• Curry Kart — a student-run food venture</w:t>
      </w:r>
    </w:p>
    <w:p w14:paraId="57C4165D" w14:textId="57414487" w:rsidR="002E48CB" w:rsidRDefault="00C3567D">
      <w:r w:rsidRPr="00C3567D">
        <w:drawing>
          <wp:inline distT="0" distB="0" distL="0" distR="0" wp14:anchorId="284F98B2" wp14:editId="4C8B37F8">
            <wp:extent cx="2476316" cy="2978150"/>
            <wp:effectExtent l="0" t="0" r="635" b="0"/>
            <wp:docPr id="1978135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13574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3566" cy="298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67D">
        <w:rPr>
          <w:noProof/>
        </w:rPr>
        <w:t xml:space="preserve"> </w:t>
      </w:r>
      <w:r w:rsidRPr="00C3567D">
        <w:drawing>
          <wp:inline distT="0" distB="0" distL="0" distR="0" wp14:anchorId="7DEEE3DA" wp14:editId="162369B7">
            <wp:extent cx="2139950" cy="3010291"/>
            <wp:effectExtent l="0" t="0" r="0" b="0"/>
            <wp:docPr id="204101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0158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186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>Both businesses generated earned capital that funded microloans instead of relying on donations.</w:t>
      </w:r>
      <w:r w:rsidR="00CC769E">
        <w:t xml:space="preserve"> </w:t>
      </w:r>
      <w:proofErr w:type="gramStart"/>
      <w:r w:rsidR="00CC769E">
        <w:t>Frostbite’s</w:t>
      </w:r>
      <w:proofErr w:type="gramEnd"/>
      <w:r w:rsidR="00CC769E">
        <w:t xml:space="preserve"> made 60 loans amounting to $1500 in just 1 year!</w:t>
      </w:r>
    </w:p>
    <w:p w14:paraId="189AE200" w14:textId="77777777" w:rsidR="002E48CB" w:rsidRDefault="00C3567D">
      <w:pPr>
        <w:pStyle w:val="Heading2"/>
      </w:pPr>
      <w:r>
        <w:t>Final Takeaway</w:t>
      </w:r>
    </w:p>
    <w:p w14:paraId="08DCE947" w14:textId="77777777" w:rsidR="002E48CB" w:rsidRDefault="00C3567D">
      <w:r>
        <w:t>You don’t need permission or a big budget. Start small, earn honestly, and turn your profits into opportunity for others.</w:t>
      </w:r>
    </w:p>
    <w:sectPr w:rsidR="002E48CB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07016261">
    <w:abstractNumId w:val="8"/>
  </w:num>
  <w:num w:numId="2" w16cid:durableId="210776525">
    <w:abstractNumId w:val="6"/>
  </w:num>
  <w:num w:numId="3" w16cid:durableId="250621763">
    <w:abstractNumId w:val="5"/>
  </w:num>
  <w:num w:numId="4" w16cid:durableId="1477916871">
    <w:abstractNumId w:val="4"/>
  </w:num>
  <w:num w:numId="5" w16cid:durableId="1134715211">
    <w:abstractNumId w:val="7"/>
  </w:num>
  <w:num w:numId="6" w16cid:durableId="1356007166">
    <w:abstractNumId w:val="3"/>
  </w:num>
  <w:num w:numId="7" w16cid:durableId="744764175">
    <w:abstractNumId w:val="2"/>
  </w:num>
  <w:num w:numId="8" w16cid:durableId="136991001">
    <w:abstractNumId w:val="1"/>
  </w:num>
  <w:num w:numId="9" w16cid:durableId="4210313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2E48CB"/>
    <w:rsid w:val="00307B17"/>
    <w:rsid w:val="00326F90"/>
    <w:rsid w:val="00AA1D8D"/>
    <w:rsid w:val="00B47730"/>
    <w:rsid w:val="00C3567D"/>
    <w:rsid w:val="00CB0664"/>
    <w:rsid w:val="00CC769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B42EE1"/>
  <w14:defaultImageDpi w14:val="300"/>
  <w15:docId w15:val="{E2D38945-9285-4C7E-BEF5-7E983463A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Sarat Mishra</cp:lastModifiedBy>
  <cp:revision>2</cp:revision>
  <dcterms:created xsi:type="dcterms:W3CDTF">2026-01-26T01:46:00Z</dcterms:created>
  <dcterms:modified xsi:type="dcterms:W3CDTF">2026-01-26T01:46:00Z</dcterms:modified>
  <cp:category/>
</cp:coreProperties>
</file>